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- עוּגָה חַמָּה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הצליל אוּ בתנועות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עם שורוק וקובוץ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מילים חדשות עם הצליל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הצליל אוּ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עוּגָה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דּוּבִּי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דּוּבִּי הַדּוֹב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כָּתֹם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חַמָּה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שורוק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 מספר על עוגה, דובי וגם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אוּ ואִי הם צלילים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עוּגָה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דּוּבִּי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כַּדּוּר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שֻׁלְחָן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תַּפּוּחַ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(מַאֲפֶה מָתוֹק)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(שֵׁם שֶׁל דֹּב קָטָן)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(צַעֲצוּעַ עָגֹל)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(רָהִיט שֶׁאוֹכְלִים עָלָיו)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(פְּרִי אָדֹם אוֹ יָרֹק)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סוּכָּר, כּוּתֹנֶת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אפתה עוגה חמה והילד שיחק עם כדור כתום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ציור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מתאים וכתיבה נכונה של המילה עוגה עם שורוק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וּ, למשל עוגה או דובי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ֻ, למשל 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לעוגה, לדובי או לכדור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הסיפור פעם נוספת לפני תחילת הדף ולהצביע על מקומות עם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המילוי וההתאמה בלבד ולדלג על חלק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לכתוב על הלוח דוגמה אחת של שורוק (וּ) ואחת של קובוץ (ֻ) לפני תחילת העבודה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- עוּגָה חַמָּה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איך קוראים וכותבים את הצליל אוּ במילים כמו עוגה ודובי.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שׁוּרוּק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ו עם נקודה באמצע, נשמעת כמו אוּ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קֻבּוּץ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נקודות קטנות מתחת לאות, נשמעת כמו אוּ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עוּגָה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מאפה מתוק שאופים בתנור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דּוּבִּי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דוב קטן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כַּדּוּר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עגול ששחקים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תְּנוּעָה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שעוזר לנו לקרוא את האות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שֻׁלְחָן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רהיט שיושבים לידו ואוכלים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הצליל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מילה יש אוּ?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עוּגָה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שָׁלוֹם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יֶלֶד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יש וּ עם נקודה?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דּוּבִּי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אַבָּא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אִמָּא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סֵפֶר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לדוב?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כֶּלֶב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דּוּבִּי הַדּוֹב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חָתוּל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הצבע של הכדור?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כָּחֹל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יָרֹק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כָּתֹם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לָבָן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העוגה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חַמָּה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קְטַנָּה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יְרֻקָּה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נכתב עם האות ו ונקודה באמצע.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קובוץ נכתב עם שלוש נקודות מתחת לאות.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עוגה חמה מספר על כדור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דובי הדוב הוא דמות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אוּ נשמע בדיוק כמו הצליל אִי.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אִמָּא אָפְתָה __________ חַמָּה בַּתַּנּוּר.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הַדּוֹב אוֹהֵב לֶאֱכֹל דְּבַשׁ.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הַיֶּלֶד מְשַׂחֵק בְּ__________ כָּתֹם.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כֻּלָּנוּ יוֹשְׁבִים לְיַד הַ__________ וְאוֹכְלִים.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הַיֶּלֶד אוֹכֵל __________ אָדֹם וְטָעִים.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עוּגָה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רָהִיט שֶׁאוֹכְלִים עָלָיו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דּוּבִּי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פְּרִי אָדֹם אוֹ יָרֹק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כַּדּוּר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מַאֲפֶה מָתוֹק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צַעֲצוּעַ עָגֹל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תַּפּוּחַ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שֵׁם שֶׁל דֹּב קָטָן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כִּתבו שתי מילים נוספות עם הצליל אוּ (שורוק או קובוץ).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בשתי שורות מה קרה בסיפור עוגה חמה.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ציור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את העוגה החמה וכתבו תחתיה את המילה עוגה.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שורוק.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קובוץ.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בסיפור עוגה חמה? כתבו משפט אחד.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שׁוּרוּק וְקֻבּוּץ - עוּגָה חַמָּה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