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הצליל אוּ בתנועות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מילים עם שורוק וקובוץ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מילים חדשות עם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הצליל אוּ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דּוּבִּי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שורוק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קובוץ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עוּגָה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דּוּבִּי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(מַאֲפֶה מָתוֹק)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(שֵׁם שֶׁל דֹּב 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(צַעֲצוּעַ עָגֹל)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(רָהִיט שֶׁאוֹכְלִים עָלָיו)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סוּכָּר, כּוּתֹנֶת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מתאים וכתיבה נכונה של המילה עוגה עם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וּ, למשל עוגה או דובי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ֻ, למשל 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לעוגה, לדובי או לכדור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פעם נוספת לפני תחילת הדף ולהצביע על מקומות עם שורוק וקובוץ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המילוי וההתאמה בלבד ולדלג על חלק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דוגמה אחת של שורוק (וּ) ואחת של קובוץ (ֻ) לפני תחילת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שׁוּרוּק וְקֻבּוּץ - עוּגָה חַמָּה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התנועה אוּ - שורוק וקובוץ, דרך הסיפור הקצר על עוגה חמה, דובי הדוב והכדור הכתום.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דּוּבִּי  ·  עוּגָה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הצליל אוּ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מילה שומעים את הצליל אוּ?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עוּגָה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מילה יש שורוק?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דּוּבִּי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אַבָּא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אִמָּא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שורוק נכתב עם האות ו ונקודה באמצע.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קובוץ נכתב עם שלוש נקודות מתחת לאות.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אִמָּא אָפְתָה __________ חַמָּה בַּתַּנּוּר.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הַדּוֹב אוֹהֵב לֶאֱכֹל דְּבַשׁ.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עוּגָה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רָהִיט שֶׁאוֹכְלִים עָלָיו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דּוּבִּי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צַעֲצוּעַ עָגֹל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כַּדּוּר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שֵׁם שֶׁל דֹּב קָטָן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שֻׁלְחָן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מַאֲפֶה מָתוֹק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כִּתבו שתי מילים נוספות עם הצליל אוּ (שורוק או קובוץ).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ציור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את העוגה החמה וכתבו תחתיה את המילה עוגה.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שורוק.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קובוץ.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שׁוּרוּק וְקֻבּוּץ - עוּגָה חַמָּה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